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F25409" w14:textId="77777777" w:rsidR="00CA40CC" w:rsidRDefault="00000000">
      <w:pPr>
        <w:jc w:val="center"/>
      </w:pPr>
      <w:r>
        <w:rPr>
          <w:b/>
          <w:sz w:val="32"/>
        </w:rPr>
        <w:t>LETTER OF INTENT / BUYER REQUIREMENT</w:t>
      </w:r>
    </w:p>
    <w:p w14:paraId="0C8E9AA4" w14:textId="77777777" w:rsidR="00CA40CC" w:rsidRDefault="00000000">
      <w:pPr>
        <w:jc w:val="center"/>
      </w:pPr>
      <w:r>
        <w:rPr>
          <w:i/>
        </w:rPr>
        <w:t>International Product Sourcing Request</w:t>
      </w:r>
    </w:p>
    <w:p w14:paraId="55CF2FFD" w14:textId="77777777" w:rsidR="00CA40CC" w:rsidRDefault="00000000">
      <w:pPr>
        <w:spacing w:before="80" w:after="40"/>
      </w:pPr>
      <w:r>
        <w:rPr>
          <w:b/>
          <w:sz w:val="21"/>
        </w:rPr>
        <w:t>BUYER INFORMATION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07446058" w14:textId="77777777">
        <w:trPr>
          <w:jc w:val="center"/>
        </w:trPr>
        <w:tc>
          <w:tcPr>
            <w:tcW w:w="3600" w:type="dxa"/>
            <w:vAlign w:val="center"/>
          </w:tcPr>
          <w:p w14:paraId="0870CF69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6AD1A218" w14:textId="77777777" w:rsidR="00CA40CC" w:rsidRDefault="00CA40CC">
            <w:pPr>
              <w:spacing w:after="0"/>
            </w:pPr>
          </w:p>
        </w:tc>
      </w:tr>
      <w:tr w:rsidR="00CA40CC" w14:paraId="792891D0" w14:textId="77777777">
        <w:trPr>
          <w:jc w:val="center"/>
        </w:trPr>
        <w:tc>
          <w:tcPr>
            <w:tcW w:w="3600" w:type="dxa"/>
            <w:vAlign w:val="center"/>
          </w:tcPr>
          <w:p w14:paraId="6530B98D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Country</w:t>
            </w:r>
          </w:p>
        </w:tc>
        <w:tc>
          <w:tcPr>
            <w:tcW w:w="6768" w:type="dxa"/>
            <w:vAlign w:val="center"/>
          </w:tcPr>
          <w:p w14:paraId="194B4F29" w14:textId="77777777" w:rsidR="00CA40CC" w:rsidRDefault="00CA40CC">
            <w:pPr>
              <w:spacing w:after="0"/>
            </w:pPr>
          </w:p>
        </w:tc>
      </w:tr>
      <w:tr w:rsidR="00CA40CC" w14:paraId="4FCA1DE5" w14:textId="77777777">
        <w:trPr>
          <w:jc w:val="center"/>
        </w:trPr>
        <w:tc>
          <w:tcPr>
            <w:tcW w:w="3600" w:type="dxa"/>
            <w:vAlign w:val="center"/>
          </w:tcPr>
          <w:p w14:paraId="246EC210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Address</w:t>
            </w:r>
          </w:p>
        </w:tc>
        <w:tc>
          <w:tcPr>
            <w:tcW w:w="6768" w:type="dxa"/>
            <w:vAlign w:val="center"/>
          </w:tcPr>
          <w:p w14:paraId="4817B00F" w14:textId="77777777" w:rsidR="00CA40CC" w:rsidRDefault="00CA40CC">
            <w:pPr>
              <w:spacing w:after="0"/>
            </w:pPr>
          </w:p>
        </w:tc>
      </w:tr>
      <w:tr w:rsidR="00CA40CC" w14:paraId="675961CE" w14:textId="77777777">
        <w:trPr>
          <w:jc w:val="center"/>
        </w:trPr>
        <w:tc>
          <w:tcPr>
            <w:tcW w:w="3600" w:type="dxa"/>
            <w:vAlign w:val="center"/>
          </w:tcPr>
          <w:p w14:paraId="17E9A9F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Authorized Representative</w:t>
            </w:r>
          </w:p>
        </w:tc>
        <w:tc>
          <w:tcPr>
            <w:tcW w:w="6768" w:type="dxa"/>
            <w:vAlign w:val="center"/>
          </w:tcPr>
          <w:p w14:paraId="7A2B39E8" w14:textId="77777777" w:rsidR="00CA40CC" w:rsidRDefault="00CA40CC">
            <w:pPr>
              <w:spacing w:after="0"/>
            </w:pPr>
          </w:p>
        </w:tc>
      </w:tr>
      <w:tr w:rsidR="00CA40CC" w14:paraId="0F1CE4D8" w14:textId="77777777">
        <w:trPr>
          <w:jc w:val="center"/>
        </w:trPr>
        <w:tc>
          <w:tcPr>
            <w:tcW w:w="3600" w:type="dxa"/>
            <w:vAlign w:val="center"/>
          </w:tcPr>
          <w:p w14:paraId="6B0A04A9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Email / Phone</w:t>
            </w:r>
          </w:p>
        </w:tc>
        <w:tc>
          <w:tcPr>
            <w:tcW w:w="6768" w:type="dxa"/>
            <w:vAlign w:val="center"/>
          </w:tcPr>
          <w:p w14:paraId="7A61A5A7" w14:textId="77777777" w:rsidR="00CA40CC" w:rsidRDefault="00CA40CC">
            <w:pPr>
              <w:spacing w:after="0"/>
            </w:pPr>
          </w:p>
        </w:tc>
      </w:tr>
    </w:tbl>
    <w:p w14:paraId="6283D89B" w14:textId="77777777" w:rsidR="00CA40CC" w:rsidRDefault="00000000">
      <w:pPr>
        <w:spacing w:before="80" w:after="40"/>
      </w:pPr>
      <w:r>
        <w:rPr>
          <w:b/>
          <w:sz w:val="21"/>
        </w:rPr>
        <w:t>1. PRODUCT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61CC054F" w14:textId="77777777">
        <w:trPr>
          <w:jc w:val="center"/>
        </w:trPr>
        <w:tc>
          <w:tcPr>
            <w:tcW w:w="3600" w:type="dxa"/>
            <w:vAlign w:val="center"/>
          </w:tcPr>
          <w:p w14:paraId="77199D9A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Product Name</w:t>
            </w:r>
          </w:p>
        </w:tc>
        <w:tc>
          <w:tcPr>
            <w:tcW w:w="6768" w:type="dxa"/>
            <w:vAlign w:val="center"/>
          </w:tcPr>
          <w:p w14:paraId="2CC02158" w14:textId="77777777" w:rsidR="00CA40CC" w:rsidRDefault="00CA40CC">
            <w:pPr>
              <w:spacing w:after="0"/>
            </w:pPr>
          </w:p>
        </w:tc>
      </w:tr>
      <w:tr w:rsidR="00CA40CC" w14:paraId="3321D1AA" w14:textId="77777777">
        <w:trPr>
          <w:jc w:val="center"/>
        </w:trPr>
        <w:tc>
          <w:tcPr>
            <w:tcW w:w="3600" w:type="dxa"/>
            <w:vAlign w:val="center"/>
          </w:tcPr>
          <w:p w14:paraId="6AF48775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Product Description</w:t>
            </w:r>
          </w:p>
        </w:tc>
        <w:tc>
          <w:tcPr>
            <w:tcW w:w="6768" w:type="dxa"/>
            <w:vAlign w:val="center"/>
          </w:tcPr>
          <w:p w14:paraId="41FD7297" w14:textId="77777777" w:rsidR="00CA40CC" w:rsidRDefault="00CA40CC">
            <w:pPr>
              <w:spacing w:after="0"/>
            </w:pPr>
          </w:p>
        </w:tc>
      </w:tr>
      <w:tr w:rsidR="00CA40CC" w14:paraId="61802F93" w14:textId="77777777">
        <w:trPr>
          <w:jc w:val="center"/>
        </w:trPr>
        <w:tc>
          <w:tcPr>
            <w:tcW w:w="3600" w:type="dxa"/>
            <w:vAlign w:val="center"/>
          </w:tcPr>
          <w:p w14:paraId="33753330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Intended Use</w:t>
            </w:r>
          </w:p>
        </w:tc>
        <w:tc>
          <w:tcPr>
            <w:tcW w:w="6768" w:type="dxa"/>
            <w:vAlign w:val="center"/>
          </w:tcPr>
          <w:p w14:paraId="32397668" w14:textId="77777777" w:rsidR="00CA40CC" w:rsidRDefault="00CA40CC">
            <w:pPr>
              <w:spacing w:after="0"/>
            </w:pPr>
          </w:p>
        </w:tc>
      </w:tr>
      <w:tr w:rsidR="00CA40CC" w14:paraId="3DD65666" w14:textId="77777777">
        <w:trPr>
          <w:jc w:val="center"/>
        </w:trPr>
        <w:tc>
          <w:tcPr>
            <w:tcW w:w="3600" w:type="dxa"/>
            <w:vAlign w:val="center"/>
          </w:tcPr>
          <w:p w14:paraId="0DADF24C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Brand / Manufacturer (if applicable)</w:t>
            </w:r>
          </w:p>
        </w:tc>
        <w:tc>
          <w:tcPr>
            <w:tcW w:w="6768" w:type="dxa"/>
            <w:vAlign w:val="center"/>
          </w:tcPr>
          <w:p w14:paraId="6535038E" w14:textId="77777777" w:rsidR="00CA40CC" w:rsidRDefault="00CA40CC">
            <w:pPr>
              <w:spacing w:after="0"/>
            </w:pPr>
          </w:p>
        </w:tc>
      </w:tr>
    </w:tbl>
    <w:p w14:paraId="62BD4B8A" w14:textId="77777777" w:rsidR="00CA40CC" w:rsidRDefault="00000000">
      <w:pPr>
        <w:spacing w:before="80" w:after="40"/>
      </w:pPr>
      <w:r>
        <w:rPr>
          <w:b/>
          <w:sz w:val="21"/>
        </w:rPr>
        <w:t>2. CONTRACT QUANTITY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245CBE49" w14:textId="77777777">
        <w:trPr>
          <w:jc w:val="center"/>
        </w:trPr>
        <w:tc>
          <w:tcPr>
            <w:tcW w:w="3600" w:type="dxa"/>
            <w:vAlign w:val="center"/>
          </w:tcPr>
          <w:p w14:paraId="1307C7B9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Quantity per Shipment</w:t>
            </w:r>
          </w:p>
        </w:tc>
        <w:tc>
          <w:tcPr>
            <w:tcW w:w="6768" w:type="dxa"/>
            <w:vAlign w:val="center"/>
          </w:tcPr>
          <w:p w14:paraId="2C85CED6" w14:textId="77777777" w:rsidR="00CA40CC" w:rsidRDefault="00CA40CC">
            <w:pPr>
              <w:spacing w:after="0"/>
            </w:pPr>
          </w:p>
        </w:tc>
      </w:tr>
      <w:tr w:rsidR="00CA40CC" w14:paraId="7BEAA296" w14:textId="77777777">
        <w:trPr>
          <w:jc w:val="center"/>
        </w:trPr>
        <w:tc>
          <w:tcPr>
            <w:tcW w:w="3600" w:type="dxa"/>
            <w:vAlign w:val="center"/>
          </w:tcPr>
          <w:p w14:paraId="14FCC87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Monthly Quantity</w:t>
            </w:r>
          </w:p>
        </w:tc>
        <w:tc>
          <w:tcPr>
            <w:tcW w:w="6768" w:type="dxa"/>
            <w:vAlign w:val="center"/>
          </w:tcPr>
          <w:p w14:paraId="40A458AC" w14:textId="77777777" w:rsidR="00CA40CC" w:rsidRDefault="00CA40CC">
            <w:pPr>
              <w:spacing w:after="0"/>
            </w:pPr>
          </w:p>
        </w:tc>
      </w:tr>
      <w:tr w:rsidR="00CA40CC" w14:paraId="3D05D8F2" w14:textId="77777777">
        <w:trPr>
          <w:jc w:val="center"/>
        </w:trPr>
        <w:tc>
          <w:tcPr>
            <w:tcW w:w="3600" w:type="dxa"/>
            <w:vAlign w:val="center"/>
          </w:tcPr>
          <w:p w14:paraId="736C481B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Total Contract Quantity</w:t>
            </w:r>
          </w:p>
        </w:tc>
        <w:tc>
          <w:tcPr>
            <w:tcW w:w="6768" w:type="dxa"/>
            <w:vAlign w:val="center"/>
          </w:tcPr>
          <w:p w14:paraId="1C171824" w14:textId="77777777" w:rsidR="00CA40CC" w:rsidRDefault="00CA40CC">
            <w:pPr>
              <w:spacing w:after="0"/>
            </w:pPr>
          </w:p>
        </w:tc>
      </w:tr>
      <w:tr w:rsidR="00CA40CC" w14:paraId="10A65516" w14:textId="77777777">
        <w:trPr>
          <w:jc w:val="center"/>
        </w:trPr>
        <w:tc>
          <w:tcPr>
            <w:tcW w:w="3600" w:type="dxa"/>
            <w:vAlign w:val="center"/>
          </w:tcPr>
          <w:p w14:paraId="24609AC6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Contract Duration</w:t>
            </w:r>
          </w:p>
        </w:tc>
        <w:tc>
          <w:tcPr>
            <w:tcW w:w="6768" w:type="dxa"/>
            <w:vAlign w:val="center"/>
          </w:tcPr>
          <w:p w14:paraId="291E761F" w14:textId="77777777" w:rsidR="00CA40CC" w:rsidRDefault="00CA40CC">
            <w:pPr>
              <w:spacing w:after="0"/>
            </w:pPr>
          </w:p>
        </w:tc>
      </w:tr>
    </w:tbl>
    <w:p w14:paraId="581AEDF4" w14:textId="77777777" w:rsidR="00CA40CC" w:rsidRDefault="00000000">
      <w:pPr>
        <w:spacing w:before="80" w:after="40"/>
      </w:pPr>
      <w:r>
        <w:rPr>
          <w:b/>
          <w:sz w:val="21"/>
        </w:rPr>
        <w:t>3. DELIVERY &amp; SHIPMENT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02A1C272" w14:textId="77777777">
        <w:trPr>
          <w:jc w:val="center"/>
        </w:trPr>
        <w:tc>
          <w:tcPr>
            <w:tcW w:w="3600" w:type="dxa"/>
            <w:vAlign w:val="center"/>
          </w:tcPr>
          <w:p w14:paraId="1C2795FD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Incoterm</w:t>
            </w:r>
          </w:p>
        </w:tc>
        <w:tc>
          <w:tcPr>
            <w:tcW w:w="6768" w:type="dxa"/>
            <w:vAlign w:val="center"/>
          </w:tcPr>
          <w:p w14:paraId="35B1D76A" w14:textId="77777777" w:rsidR="00CA40CC" w:rsidRDefault="00CA40CC">
            <w:pPr>
              <w:spacing w:after="0"/>
            </w:pPr>
          </w:p>
        </w:tc>
      </w:tr>
      <w:tr w:rsidR="00CA40CC" w14:paraId="65C3A6C5" w14:textId="77777777">
        <w:trPr>
          <w:jc w:val="center"/>
        </w:trPr>
        <w:tc>
          <w:tcPr>
            <w:tcW w:w="3600" w:type="dxa"/>
            <w:vAlign w:val="center"/>
          </w:tcPr>
          <w:p w14:paraId="12AD4717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Destination Country</w:t>
            </w:r>
          </w:p>
        </w:tc>
        <w:tc>
          <w:tcPr>
            <w:tcW w:w="6768" w:type="dxa"/>
            <w:vAlign w:val="center"/>
          </w:tcPr>
          <w:p w14:paraId="1C8CEF43" w14:textId="77777777" w:rsidR="00CA40CC" w:rsidRDefault="00CA40CC">
            <w:pPr>
              <w:spacing w:after="0"/>
            </w:pPr>
          </w:p>
        </w:tc>
      </w:tr>
      <w:tr w:rsidR="00CA40CC" w14:paraId="0ABD2319" w14:textId="77777777">
        <w:trPr>
          <w:jc w:val="center"/>
        </w:trPr>
        <w:tc>
          <w:tcPr>
            <w:tcW w:w="3600" w:type="dxa"/>
            <w:vAlign w:val="center"/>
          </w:tcPr>
          <w:p w14:paraId="1DE1ADB5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Destination Port</w:t>
            </w:r>
          </w:p>
        </w:tc>
        <w:tc>
          <w:tcPr>
            <w:tcW w:w="6768" w:type="dxa"/>
            <w:vAlign w:val="center"/>
          </w:tcPr>
          <w:p w14:paraId="75D1BFEF" w14:textId="77777777" w:rsidR="00CA40CC" w:rsidRDefault="00CA40CC">
            <w:pPr>
              <w:spacing w:after="0"/>
            </w:pPr>
          </w:p>
        </w:tc>
      </w:tr>
      <w:tr w:rsidR="00CA40CC" w14:paraId="173153CE" w14:textId="77777777">
        <w:trPr>
          <w:jc w:val="center"/>
        </w:trPr>
        <w:tc>
          <w:tcPr>
            <w:tcW w:w="3600" w:type="dxa"/>
            <w:vAlign w:val="center"/>
          </w:tcPr>
          <w:p w14:paraId="14F81F85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Shipment Schedule</w:t>
            </w:r>
          </w:p>
        </w:tc>
        <w:tc>
          <w:tcPr>
            <w:tcW w:w="6768" w:type="dxa"/>
            <w:vAlign w:val="center"/>
          </w:tcPr>
          <w:p w14:paraId="0DDDF5F4" w14:textId="77777777" w:rsidR="00CA40CC" w:rsidRDefault="00CA40CC">
            <w:pPr>
              <w:spacing w:after="0"/>
            </w:pPr>
          </w:p>
        </w:tc>
      </w:tr>
      <w:tr w:rsidR="00CA40CC" w14:paraId="2E4A6CEE" w14:textId="77777777">
        <w:trPr>
          <w:jc w:val="center"/>
        </w:trPr>
        <w:tc>
          <w:tcPr>
            <w:tcW w:w="3600" w:type="dxa"/>
            <w:vAlign w:val="center"/>
          </w:tcPr>
          <w:p w14:paraId="5A68C839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Required Delivery Date / First Shipment</w:t>
            </w:r>
          </w:p>
        </w:tc>
        <w:tc>
          <w:tcPr>
            <w:tcW w:w="6768" w:type="dxa"/>
            <w:vAlign w:val="center"/>
          </w:tcPr>
          <w:p w14:paraId="00D60A01" w14:textId="77777777" w:rsidR="00CA40CC" w:rsidRDefault="00CA40CC">
            <w:pPr>
              <w:spacing w:after="0"/>
            </w:pPr>
          </w:p>
        </w:tc>
      </w:tr>
    </w:tbl>
    <w:p w14:paraId="7841B283" w14:textId="77777777" w:rsidR="00CA40CC" w:rsidRDefault="00000000">
      <w:pPr>
        <w:spacing w:before="80" w:after="40"/>
      </w:pPr>
      <w:r>
        <w:rPr>
          <w:b/>
          <w:sz w:val="21"/>
        </w:rPr>
        <w:t>4. ORIGIN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69896DF2" w14:textId="77777777">
        <w:trPr>
          <w:jc w:val="center"/>
        </w:trPr>
        <w:tc>
          <w:tcPr>
            <w:tcW w:w="3600" w:type="dxa"/>
            <w:vAlign w:val="center"/>
          </w:tcPr>
          <w:p w14:paraId="0B6A3EF2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Required Origin</w:t>
            </w:r>
          </w:p>
        </w:tc>
        <w:tc>
          <w:tcPr>
            <w:tcW w:w="6768" w:type="dxa"/>
            <w:vAlign w:val="center"/>
          </w:tcPr>
          <w:p w14:paraId="05FD82A3" w14:textId="7909C4CA" w:rsidR="00CA40CC" w:rsidRDefault="00000000">
            <w:pPr>
              <w:spacing w:after="0"/>
            </w:pPr>
            <w:r>
              <w:rPr>
                <w:sz w:val="17"/>
              </w:rPr>
              <w:t>☐ Argentina   ☐ Other: ____________________</w:t>
            </w:r>
          </w:p>
        </w:tc>
      </w:tr>
    </w:tbl>
    <w:p w14:paraId="584BC8BC" w14:textId="77777777" w:rsidR="00CA40CC" w:rsidRDefault="00000000">
      <w:pPr>
        <w:spacing w:before="80" w:after="40"/>
      </w:pPr>
      <w:r>
        <w:rPr>
          <w:b/>
          <w:sz w:val="21"/>
        </w:rPr>
        <w:t>5. PACKAGING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7B0CC61B" w14:textId="77777777">
        <w:trPr>
          <w:jc w:val="center"/>
        </w:trPr>
        <w:tc>
          <w:tcPr>
            <w:tcW w:w="3600" w:type="dxa"/>
            <w:vAlign w:val="center"/>
          </w:tcPr>
          <w:p w14:paraId="6E60BCBF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Packaging Type</w:t>
            </w:r>
          </w:p>
        </w:tc>
        <w:tc>
          <w:tcPr>
            <w:tcW w:w="6768" w:type="dxa"/>
            <w:vAlign w:val="center"/>
          </w:tcPr>
          <w:p w14:paraId="1035CD2C" w14:textId="77777777" w:rsidR="00CA40CC" w:rsidRDefault="00CA40CC">
            <w:pPr>
              <w:spacing w:after="0"/>
            </w:pPr>
          </w:p>
        </w:tc>
      </w:tr>
      <w:tr w:rsidR="00CA40CC" w14:paraId="74BA265D" w14:textId="77777777">
        <w:trPr>
          <w:jc w:val="center"/>
        </w:trPr>
        <w:tc>
          <w:tcPr>
            <w:tcW w:w="3600" w:type="dxa"/>
            <w:vAlign w:val="center"/>
          </w:tcPr>
          <w:p w14:paraId="3418F1B2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Unit Weight / Size</w:t>
            </w:r>
          </w:p>
        </w:tc>
        <w:tc>
          <w:tcPr>
            <w:tcW w:w="6768" w:type="dxa"/>
            <w:vAlign w:val="center"/>
          </w:tcPr>
          <w:p w14:paraId="3BFD051E" w14:textId="77777777" w:rsidR="00CA40CC" w:rsidRDefault="00CA40CC">
            <w:pPr>
              <w:spacing w:after="0"/>
            </w:pPr>
          </w:p>
        </w:tc>
      </w:tr>
      <w:tr w:rsidR="00CA40CC" w14:paraId="3CCB7B0A" w14:textId="77777777">
        <w:trPr>
          <w:jc w:val="center"/>
        </w:trPr>
        <w:tc>
          <w:tcPr>
            <w:tcW w:w="3600" w:type="dxa"/>
            <w:vAlign w:val="center"/>
          </w:tcPr>
          <w:p w14:paraId="245EAF27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Container or Loading Requirements</w:t>
            </w:r>
          </w:p>
        </w:tc>
        <w:tc>
          <w:tcPr>
            <w:tcW w:w="6768" w:type="dxa"/>
            <w:vAlign w:val="center"/>
          </w:tcPr>
          <w:p w14:paraId="5F723E43" w14:textId="77777777" w:rsidR="00CA40CC" w:rsidRDefault="00CA40CC">
            <w:pPr>
              <w:spacing w:after="0"/>
            </w:pPr>
          </w:p>
        </w:tc>
      </w:tr>
      <w:tr w:rsidR="00CA40CC" w14:paraId="0316BC20" w14:textId="77777777">
        <w:trPr>
          <w:jc w:val="center"/>
        </w:trPr>
        <w:tc>
          <w:tcPr>
            <w:tcW w:w="3600" w:type="dxa"/>
            <w:vAlign w:val="center"/>
          </w:tcPr>
          <w:p w14:paraId="653BFB48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Labeling Requirements</w:t>
            </w:r>
          </w:p>
        </w:tc>
        <w:tc>
          <w:tcPr>
            <w:tcW w:w="6768" w:type="dxa"/>
            <w:vAlign w:val="center"/>
          </w:tcPr>
          <w:p w14:paraId="4923F264" w14:textId="77777777" w:rsidR="00CA40CC" w:rsidRDefault="00CA40CC">
            <w:pPr>
              <w:spacing w:after="0"/>
            </w:pPr>
          </w:p>
        </w:tc>
      </w:tr>
    </w:tbl>
    <w:p w14:paraId="1A3BCA47" w14:textId="77777777" w:rsidR="00CA40CC" w:rsidRDefault="00000000">
      <w:pPr>
        <w:spacing w:before="80" w:after="40"/>
      </w:pPr>
      <w:r>
        <w:rPr>
          <w:b/>
          <w:sz w:val="21"/>
        </w:rPr>
        <w:t>6. PRODUCT SPECIFICATIONS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0D9D892E" w14:textId="77777777">
        <w:trPr>
          <w:jc w:val="center"/>
        </w:trPr>
        <w:tc>
          <w:tcPr>
            <w:tcW w:w="3600" w:type="dxa"/>
            <w:vAlign w:val="center"/>
          </w:tcPr>
          <w:p w14:paraId="02CBD78C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Required Quality / Specifications</w:t>
            </w:r>
          </w:p>
        </w:tc>
        <w:tc>
          <w:tcPr>
            <w:tcW w:w="6768" w:type="dxa"/>
            <w:vAlign w:val="center"/>
          </w:tcPr>
          <w:p w14:paraId="6118C07E" w14:textId="77777777" w:rsidR="00CA40CC" w:rsidRDefault="00CA40CC">
            <w:pPr>
              <w:spacing w:after="0"/>
            </w:pPr>
          </w:p>
        </w:tc>
      </w:tr>
      <w:tr w:rsidR="00CA40CC" w14:paraId="749FFEDF" w14:textId="77777777">
        <w:trPr>
          <w:jc w:val="center"/>
        </w:trPr>
        <w:tc>
          <w:tcPr>
            <w:tcW w:w="3600" w:type="dxa"/>
            <w:vAlign w:val="center"/>
          </w:tcPr>
          <w:p w14:paraId="6FA4674D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Applicable Standards / Certifications</w:t>
            </w:r>
          </w:p>
        </w:tc>
        <w:tc>
          <w:tcPr>
            <w:tcW w:w="6768" w:type="dxa"/>
            <w:vAlign w:val="center"/>
          </w:tcPr>
          <w:p w14:paraId="111BDAA7" w14:textId="77777777" w:rsidR="00CA40CC" w:rsidRDefault="00CA40CC">
            <w:pPr>
              <w:spacing w:after="0"/>
            </w:pPr>
          </w:p>
        </w:tc>
      </w:tr>
      <w:tr w:rsidR="00CA40CC" w14:paraId="24CF1304" w14:textId="77777777">
        <w:trPr>
          <w:jc w:val="center"/>
        </w:trPr>
        <w:tc>
          <w:tcPr>
            <w:tcW w:w="3600" w:type="dxa"/>
            <w:vAlign w:val="center"/>
          </w:tcPr>
          <w:p w14:paraId="3901B8C8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Other Technical Requirements</w:t>
            </w:r>
          </w:p>
        </w:tc>
        <w:tc>
          <w:tcPr>
            <w:tcW w:w="6768" w:type="dxa"/>
            <w:vAlign w:val="center"/>
          </w:tcPr>
          <w:p w14:paraId="121AAF98" w14:textId="77777777" w:rsidR="00CA40CC" w:rsidRDefault="00CA40CC">
            <w:pPr>
              <w:spacing w:after="0"/>
            </w:pPr>
          </w:p>
        </w:tc>
      </w:tr>
    </w:tbl>
    <w:p w14:paraId="37194E28" w14:textId="77777777" w:rsidR="00CA40CC" w:rsidRDefault="00000000">
      <w:pPr>
        <w:spacing w:before="80" w:after="40"/>
      </w:pPr>
      <w:r>
        <w:rPr>
          <w:b/>
          <w:sz w:val="21"/>
        </w:rPr>
        <w:t>7. INSPECTION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11BCD638" w14:textId="77777777">
        <w:trPr>
          <w:jc w:val="center"/>
        </w:trPr>
        <w:tc>
          <w:tcPr>
            <w:tcW w:w="3600" w:type="dxa"/>
            <w:vAlign w:val="center"/>
          </w:tcPr>
          <w:p w14:paraId="60D815D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Inspection Requirement</w:t>
            </w:r>
          </w:p>
        </w:tc>
        <w:tc>
          <w:tcPr>
            <w:tcW w:w="6768" w:type="dxa"/>
            <w:vAlign w:val="center"/>
          </w:tcPr>
          <w:p w14:paraId="5CCBCE79" w14:textId="77777777" w:rsidR="00CA40CC" w:rsidRDefault="00000000">
            <w:pPr>
              <w:spacing w:after="0"/>
            </w:pPr>
            <w:r>
              <w:rPr>
                <w:sz w:val="17"/>
              </w:rPr>
              <w:t>☐ Required   ☐ Not Required   ☐ To Be Confirmed</w:t>
            </w:r>
          </w:p>
        </w:tc>
      </w:tr>
      <w:tr w:rsidR="00CA40CC" w14:paraId="707F308C" w14:textId="77777777">
        <w:trPr>
          <w:jc w:val="center"/>
        </w:trPr>
        <w:tc>
          <w:tcPr>
            <w:tcW w:w="3600" w:type="dxa"/>
            <w:vAlign w:val="center"/>
          </w:tcPr>
          <w:p w14:paraId="1472E927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Inspection Company (if applicable)</w:t>
            </w:r>
          </w:p>
        </w:tc>
        <w:tc>
          <w:tcPr>
            <w:tcW w:w="6768" w:type="dxa"/>
            <w:vAlign w:val="center"/>
          </w:tcPr>
          <w:p w14:paraId="17674999" w14:textId="77777777" w:rsidR="00CA40CC" w:rsidRDefault="00CA40CC">
            <w:pPr>
              <w:spacing w:after="0"/>
            </w:pPr>
          </w:p>
        </w:tc>
      </w:tr>
    </w:tbl>
    <w:p w14:paraId="5A764D04" w14:textId="77777777" w:rsidR="00CA40CC" w:rsidRDefault="00000000">
      <w:pPr>
        <w:spacing w:before="80" w:after="40"/>
      </w:pPr>
      <w:r>
        <w:rPr>
          <w:b/>
          <w:sz w:val="21"/>
        </w:rPr>
        <w:t>8. PRICING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71C8319A" w14:textId="77777777">
        <w:trPr>
          <w:jc w:val="center"/>
        </w:trPr>
        <w:tc>
          <w:tcPr>
            <w:tcW w:w="3600" w:type="dxa"/>
            <w:vAlign w:val="center"/>
          </w:tcPr>
          <w:p w14:paraId="07756A59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Price Basis</w:t>
            </w:r>
          </w:p>
        </w:tc>
        <w:tc>
          <w:tcPr>
            <w:tcW w:w="6768" w:type="dxa"/>
            <w:vAlign w:val="center"/>
          </w:tcPr>
          <w:p w14:paraId="3E7D8E48" w14:textId="77777777" w:rsidR="00CA40CC" w:rsidRDefault="00000000">
            <w:pPr>
              <w:spacing w:after="0"/>
            </w:pPr>
            <w:r>
              <w:rPr>
                <w:sz w:val="17"/>
              </w:rPr>
              <w:t>☐ FOB   ☐ CFR   ☐ CIF   ☐ Other: ____________________</w:t>
            </w:r>
          </w:p>
        </w:tc>
      </w:tr>
      <w:tr w:rsidR="00CA40CC" w14:paraId="4C2F7EDF" w14:textId="77777777">
        <w:trPr>
          <w:jc w:val="center"/>
        </w:trPr>
        <w:tc>
          <w:tcPr>
            <w:tcW w:w="3600" w:type="dxa"/>
            <w:vAlign w:val="center"/>
          </w:tcPr>
          <w:p w14:paraId="2823CBCB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Currency</w:t>
            </w:r>
          </w:p>
        </w:tc>
        <w:tc>
          <w:tcPr>
            <w:tcW w:w="6768" w:type="dxa"/>
            <w:vAlign w:val="center"/>
          </w:tcPr>
          <w:p w14:paraId="004E0557" w14:textId="77777777" w:rsidR="00CA40CC" w:rsidRDefault="00CA40CC">
            <w:pPr>
              <w:spacing w:after="0"/>
            </w:pPr>
          </w:p>
        </w:tc>
      </w:tr>
      <w:tr w:rsidR="00CA40CC" w14:paraId="760EB804" w14:textId="77777777">
        <w:trPr>
          <w:jc w:val="center"/>
        </w:trPr>
        <w:tc>
          <w:tcPr>
            <w:tcW w:w="3600" w:type="dxa"/>
            <w:vAlign w:val="center"/>
          </w:tcPr>
          <w:p w14:paraId="5523078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Target Price (if applicable)</w:t>
            </w:r>
          </w:p>
        </w:tc>
        <w:tc>
          <w:tcPr>
            <w:tcW w:w="6768" w:type="dxa"/>
            <w:vAlign w:val="center"/>
          </w:tcPr>
          <w:p w14:paraId="3BE5B2F2" w14:textId="77777777" w:rsidR="00CA40CC" w:rsidRDefault="00CA40CC">
            <w:pPr>
              <w:spacing w:after="0"/>
            </w:pPr>
          </w:p>
        </w:tc>
      </w:tr>
      <w:tr w:rsidR="00CA40CC" w14:paraId="2BFF1FCA" w14:textId="77777777">
        <w:trPr>
          <w:jc w:val="center"/>
        </w:trPr>
        <w:tc>
          <w:tcPr>
            <w:tcW w:w="3600" w:type="dxa"/>
            <w:vAlign w:val="center"/>
          </w:tcPr>
          <w:p w14:paraId="2DB663F2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Request for Supplier Quotation</w:t>
            </w:r>
          </w:p>
        </w:tc>
        <w:tc>
          <w:tcPr>
            <w:tcW w:w="6768" w:type="dxa"/>
            <w:vAlign w:val="center"/>
          </w:tcPr>
          <w:p w14:paraId="4925035F" w14:textId="77777777" w:rsidR="00CA40CC" w:rsidRDefault="00000000">
            <w:pPr>
              <w:spacing w:after="0"/>
            </w:pPr>
            <w:r>
              <w:rPr>
                <w:sz w:val="17"/>
              </w:rPr>
              <w:t>☐ Yes   ☐ No</w:t>
            </w:r>
          </w:p>
        </w:tc>
      </w:tr>
    </w:tbl>
    <w:p w14:paraId="75735EC6" w14:textId="77777777" w:rsidR="00CA40CC" w:rsidRDefault="00000000">
      <w:pPr>
        <w:spacing w:before="80" w:after="40"/>
      </w:pPr>
      <w:r>
        <w:rPr>
          <w:b/>
          <w:sz w:val="21"/>
        </w:rPr>
        <w:t>9. PAYMENT TERMS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4F6F4563" w14:textId="77777777">
        <w:trPr>
          <w:jc w:val="center"/>
        </w:trPr>
        <w:tc>
          <w:tcPr>
            <w:tcW w:w="3600" w:type="dxa"/>
            <w:vAlign w:val="center"/>
          </w:tcPr>
          <w:p w14:paraId="6607BC53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Payment Method</w:t>
            </w:r>
          </w:p>
        </w:tc>
        <w:tc>
          <w:tcPr>
            <w:tcW w:w="6768" w:type="dxa"/>
            <w:vAlign w:val="center"/>
          </w:tcPr>
          <w:p w14:paraId="51D0B9A8" w14:textId="77777777" w:rsidR="00CA40CC" w:rsidRDefault="00CA40CC">
            <w:pPr>
              <w:spacing w:after="0"/>
            </w:pPr>
          </w:p>
        </w:tc>
      </w:tr>
      <w:tr w:rsidR="00CA40CC" w14:paraId="39C868B5" w14:textId="77777777">
        <w:trPr>
          <w:jc w:val="center"/>
        </w:trPr>
        <w:tc>
          <w:tcPr>
            <w:tcW w:w="3600" w:type="dxa"/>
            <w:vAlign w:val="center"/>
          </w:tcPr>
          <w:p w14:paraId="7AC5BB42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Preferred Trade-Finance Instrument (if applicable)</w:t>
            </w:r>
          </w:p>
        </w:tc>
        <w:tc>
          <w:tcPr>
            <w:tcW w:w="6768" w:type="dxa"/>
            <w:vAlign w:val="center"/>
          </w:tcPr>
          <w:p w14:paraId="0EADBA15" w14:textId="77777777" w:rsidR="00CA40CC" w:rsidRDefault="00CA40CC">
            <w:pPr>
              <w:spacing w:after="0"/>
            </w:pPr>
          </w:p>
        </w:tc>
      </w:tr>
      <w:tr w:rsidR="00CA40CC" w14:paraId="2C7B64A4" w14:textId="77777777">
        <w:trPr>
          <w:jc w:val="center"/>
        </w:trPr>
        <w:tc>
          <w:tcPr>
            <w:tcW w:w="3600" w:type="dxa"/>
            <w:vAlign w:val="center"/>
          </w:tcPr>
          <w:p w14:paraId="5865C09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lastRenderedPageBreak/>
              <w:t>Other Payment Requirements</w:t>
            </w:r>
          </w:p>
        </w:tc>
        <w:tc>
          <w:tcPr>
            <w:tcW w:w="6768" w:type="dxa"/>
            <w:vAlign w:val="center"/>
          </w:tcPr>
          <w:p w14:paraId="529B5792" w14:textId="77777777" w:rsidR="00CA40CC" w:rsidRDefault="00CA40CC">
            <w:pPr>
              <w:spacing w:after="0"/>
            </w:pPr>
          </w:p>
        </w:tc>
      </w:tr>
    </w:tbl>
    <w:p w14:paraId="14D0B0F0" w14:textId="77777777" w:rsidR="00CA40CC" w:rsidRDefault="00000000">
      <w:pPr>
        <w:spacing w:before="80" w:after="40"/>
      </w:pPr>
      <w:r>
        <w:rPr>
          <w:b/>
          <w:sz w:val="21"/>
        </w:rPr>
        <w:t>10. ADDITIONAL REQUIREMENTS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6EF8AE14" w14:textId="77777777">
        <w:trPr>
          <w:jc w:val="center"/>
        </w:trPr>
        <w:tc>
          <w:tcPr>
            <w:tcW w:w="3600" w:type="dxa"/>
            <w:vAlign w:val="center"/>
          </w:tcPr>
          <w:p w14:paraId="252093FF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Required Documentation</w:t>
            </w:r>
          </w:p>
        </w:tc>
        <w:tc>
          <w:tcPr>
            <w:tcW w:w="6768" w:type="dxa"/>
            <w:vAlign w:val="center"/>
          </w:tcPr>
          <w:p w14:paraId="6DDA68F0" w14:textId="77777777" w:rsidR="00CA40CC" w:rsidRDefault="00CA40CC">
            <w:pPr>
              <w:spacing w:after="0"/>
            </w:pPr>
          </w:p>
        </w:tc>
      </w:tr>
      <w:tr w:rsidR="00CA40CC" w14:paraId="4C219996" w14:textId="77777777">
        <w:trPr>
          <w:jc w:val="center"/>
        </w:trPr>
        <w:tc>
          <w:tcPr>
            <w:tcW w:w="3600" w:type="dxa"/>
            <w:vAlign w:val="center"/>
          </w:tcPr>
          <w:p w14:paraId="553B2EE0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Compliance Requirements</w:t>
            </w:r>
          </w:p>
        </w:tc>
        <w:tc>
          <w:tcPr>
            <w:tcW w:w="6768" w:type="dxa"/>
            <w:vAlign w:val="center"/>
          </w:tcPr>
          <w:p w14:paraId="5A8219B8" w14:textId="77777777" w:rsidR="00CA40CC" w:rsidRDefault="00CA40CC">
            <w:pPr>
              <w:spacing w:after="0"/>
            </w:pPr>
          </w:p>
        </w:tc>
      </w:tr>
      <w:tr w:rsidR="00CA40CC" w14:paraId="337A6CB4" w14:textId="77777777">
        <w:trPr>
          <w:jc w:val="center"/>
        </w:trPr>
        <w:tc>
          <w:tcPr>
            <w:tcW w:w="3600" w:type="dxa"/>
            <w:vAlign w:val="center"/>
          </w:tcPr>
          <w:p w14:paraId="400DDEFE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Other Commercial or Logistical Requirements</w:t>
            </w:r>
          </w:p>
        </w:tc>
        <w:tc>
          <w:tcPr>
            <w:tcW w:w="6768" w:type="dxa"/>
            <w:vAlign w:val="center"/>
          </w:tcPr>
          <w:p w14:paraId="6F308565" w14:textId="77777777" w:rsidR="00CA40CC" w:rsidRDefault="00CA40CC">
            <w:pPr>
              <w:spacing w:after="0"/>
            </w:pPr>
          </w:p>
        </w:tc>
      </w:tr>
    </w:tbl>
    <w:p w14:paraId="7AA8F65A" w14:textId="77777777" w:rsidR="00CA40CC" w:rsidRDefault="00000000">
      <w:pPr>
        <w:spacing w:before="80" w:after="40"/>
      </w:pPr>
      <w:r>
        <w:rPr>
          <w:b/>
          <w:sz w:val="21"/>
        </w:rPr>
        <w:t>BUYER CONFIRMATION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68"/>
      </w:tblGrid>
      <w:tr w:rsidR="00CA40CC" w14:paraId="5A099C6F" w14:textId="77777777">
        <w:trPr>
          <w:jc w:val="center"/>
        </w:trPr>
        <w:tc>
          <w:tcPr>
            <w:tcW w:w="3600" w:type="dxa"/>
            <w:vAlign w:val="center"/>
          </w:tcPr>
          <w:p w14:paraId="3EFFC70B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w="6768" w:type="dxa"/>
            <w:vAlign w:val="center"/>
          </w:tcPr>
          <w:p w14:paraId="7583BD7F" w14:textId="77777777" w:rsidR="00CA40CC" w:rsidRDefault="00CA40CC">
            <w:pPr>
              <w:spacing w:after="0"/>
            </w:pPr>
          </w:p>
        </w:tc>
      </w:tr>
      <w:tr w:rsidR="00CA40CC" w14:paraId="517341BA" w14:textId="77777777">
        <w:trPr>
          <w:jc w:val="center"/>
        </w:trPr>
        <w:tc>
          <w:tcPr>
            <w:tcW w:w="3600" w:type="dxa"/>
            <w:vAlign w:val="center"/>
          </w:tcPr>
          <w:p w14:paraId="3DC32C5C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Position</w:t>
            </w:r>
          </w:p>
        </w:tc>
        <w:tc>
          <w:tcPr>
            <w:tcW w:w="6768" w:type="dxa"/>
            <w:vAlign w:val="center"/>
          </w:tcPr>
          <w:p w14:paraId="03899DB1" w14:textId="77777777" w:rsidR="00CA40CC" w:rsidRDefault="00CA40CC">
            <w:pPr>
              <w:spacing w:after="0"/>
            </w:pPr>
          </w:p>
        </w:tc>
      </w:tr>
      <w:tr w:rsidR="00CA40CC" w14:paraId="29719EA6" w14:textId="77777777">
        <w:trPr>
          <w:jc w:val="center"/>
        </w:trPr>
        <w:tc>
          <w:tcPr>
            <w:tcW w:w="3600" w:type="dxa"/>
            <w:vAlign w:val="center"/>
          </w:tcPr>
          <w:p w14:paraId="4DAD5FC6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Company</w:t>
            </w:r>
          </w:p>
        </w:tc>
        <w:tc>
          <w:tcPr>
            <w:tcW w:w="6768" w:type="dxa"/>
            <w:vAlign w:val="center"/>
          </w:tcPr>
          <w:p w14:paraId="0F401BA7" w14:textId="77777777" w:rsidR="00CA40CC" w:rsidRDefault="00CA40CC">
            <w:pPr>
              <w:spacing w:after="0"/>
            </w:pPr>
          </w:p>
        </w:tc>
      </w:tr>
      <w:tr w:rsidR="00CA40CC" w14:paraId="5096BB84" w14:textId="77777777">
        <w:trPr>
          <w:jc w:val="center"/>
        </w:trPr>
        <w:tc>
          <w:tcPr>
            <w:tcW w:w="3600" w:type="dxa"/>
            <w:vAlign w:val="center"/>
          </w:tcPr>
          <w:p w14:paraId="06E01D00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6768" w:type="dxa"/>
            <w:vAlign w:val="center"/>
          </w:tcPr>
          <w:p w14:paraId="5EC5428B" w14:textId="77777777" w:rsidR="00CA40CC" w:rsidRDefault="00CA40CC">
            <w:pPr>
              <w:spacing w:after="0"/>
            </w:pPr>
          </w:p>
        </w:tc>
      </w:tr>
      <w:tr w:rsidR="00CA40CC" w14:paraId="2FD3E930" w14:textId="77777777">
        <w:trPr>
          <w:jc w:val="center"/>
        </w:trPr>
        <w:tc>
          <w:tcPr>
            <w:tcW w:w="3600" w:type="dxa"/>
            <w:vAlign w:val="center"/>
          </w:tcPr>
          <w:p w14:paraId="41A49BCF" w14:textId="77777777" w:rsidR="00CA40CC" w:rsidRDefault="00000000">
            <w:pPr>
              <w:spacing w:after="0"/>
            </w:pPr>
            <w:r>
              <w:rPr>
                <w:b/>
                <w:sz w:val="17"/>
              </w:rPr>
              <w:t>Signature / Company Stamp</w:t>
            </w:r>
          </w:p>
        </w:tc>
        <w:tc>
          <w:tcPr>
            <w:tcW w:w="6768" w:type="dxa"/>
            <w:vAlign w:val="center"/>
          </w:tcPr>
          <w:p w14:paraId="62FA1A68" w14:textId="77777777" w:rsidR="00CA40CC" w:rsidRDefault="00CA40CC">
            <w:pPr>
              <w:spacing w:after="0"/>
            </w:pPr>
          </w:p>
        </w:tc>
      </w:tr>
    </w:tbl>
    <w:p w14:paraId="6FA5B55E" w14:textId="77777777" w:rsidR="00CA40CC" w:rsidRDefault="00000000">
      <w:pPr>
        <w:spacing w:before="100"/>
      </w:pPr>
      <w:r>
        <w:rPr>
          <w:i/>
          <w:sz w:val="16"/>
        </w:rPr>
        <w:t>Note: Please provide as much information as available. Fields that are not applicable may be marked “N/A”. This form is intended to standardize buyer requirements for supplier quotation and evaluation.</w:t>
      </w:r>
    </w:p>
    <w:sectPr w:rsidR="00CA40C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6279701">
    <w:abstractNumId w:val="8"/>
  </w:num>
  <w:num w:numId="2" w16cid:durableId="546602786">
    <w:abstractNumId w:val="6"/>
  </w:num>
  <w:num w:numId="3" w16cid:durableId="2105302837">
    <w:abstractNumId w:val="5"/>
  </w:num>
  <w:num w:numId="4" w16cid:durableId="885026990">
    <w:abstractNumId w:val="4"/>
  </w:num>
  <w:num w:numId="5" w16cid:durableId="1925726837">
    <w:abstractNumId w:val="7"/>
  </w:num>
  <w:num w:numId="6" w16cid:durableId="732310984">
    <w:abstractNumId w:val="3"/>
  </w:num>
  <w:num w:numId="7" w16cid:durableId="1096559715">
    <w:abstractNumId w:val="2"/>
  </w:num>
  <w:num w:numId="8" w16cid:durableId="734662039">
    <w:abstractNumId w:val="1"/>
  </w:num>
  <w:num w:numId="9" w16cid:durableId="1986739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04029"/>
    <w:rsid w:val="00AA1D8D"/>
    <w:rsid w:val="00B47730"/>
    <w:rsid w:val="00CA40CC"/>
    <w:rsid w:val="00CB0664"/>
    <w:rsid w:val="00F37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CA3D98E"/>
  <w14:defaultImageDpi w14:val="300"/>
  <w15:docId w15:val="{E6EC268F-11A5-2A48-8E9E-681263E5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1482</Characters>
  <Application>Microsoft Office Word</Application>
  <DocSecurity>0</DocSecurity>
  <Lines>114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Ruslan Karymshakov</cp:lastModifiedBy>
  <cp:revision>2</cp:revision>
  <dcterms:created xsi:type="dcterms:W3CDTF">2013-12-23T23:15:00Z</dcterms:created>
  <dcterms:modified xsi:type="dcterms:W3CDTF">2026-09-13T07:31:00Z</dcterms:modified>
  <cp:category/>
</cp:coreProperties>
</file>